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FD799" w14:textId="08FEA0CA" w:rsidR="007F4B74" w:rsidRPr="007F4B74" w:rsidRDefault="007F4B74" w:rsidP="007F4B74">
      <w:pPr>
        <w:spacing w:before="120" w:after="160" w:line="360" w:lineRule="auto"/>
        <w:jc w:val="center"/>
        <w:rPr>
          <w:rFonts w:ascii="宋体" w:hAnsi="宋体"/>
          <w:lang w:eastAsia="zh-CN"/>
        </w:rPr>
      </w:pPr>
      <w:r>
        <w:rPr>
          <w:b/>
          <w:lang w:eastAsia="zh-CN"/>
        </w:rPr>
        <w:t>会议主题（请选择一项）：</w:t>
      </w:r>
      <w:r w:rsidRPr="007C32A6">
        <w:rPr>
          <w:rFonts w:ascii="宋体" w:hAnsi="宋体"/>
          <w:lang w:eastAsia="zh-CN"/>
        </w:rPr>
        <w:t>□ 能源转换与利用    □ 储能技术与系统    □ 能</w:t>
      </w:r>
      <w:proofErr w:type="gramStart"/>
      <w:r w:rsidRPr="007C32A6">
        <w:rPr>
          <w:rFonts w:ascii="宋体" w:hAnsi="宋体"/>
          <w:lang w:eastAsia="zh-CN"/>
        </w:rPr>
        <w:t>源材料</w:t>
      </w:r>
      <w:proofErr w:type="gramEnd"/>
      <w:r w:rsidRPr="007C32A6">
        <w:rPr>
          <w:rFonts w:ascii="宋体" w:hAnsi="宋体"/>
          <w:lang w:eastAsia="zh-CN"/>
        </w:rPr>
        <w:t>与器件</w:t>
      </w:r>
      <w:r w:rsidRPr="007C32A6">
        <w:rPr>
          <w:rFonts w:ascii="宋体" w:hAnsi="宋体"/>
          <w:lang w:eastAsia="zh-CN"/>
        </w:rPr>
        <w:br/>
        <w:t xml:space="preserve">□ 智慧综合能源      □ 能源功率变换      □ </w:t>
      </w:r>
      <w:proofErr w:type="gramStart"/>
      <w:r w:rsidRPr="007C32A6">
        <w:rPr>
          <w:rFonts w:ascii="宋体" w:hAnsi="宋体"/>
          <w:lang w:eastAsia="zh-CN"/>
        </w:rPr>
        <w:t>能源数智化</w:t>
      </w:r>
      <w:proofErr w:type="gramEnd"/>
      <w:r w:rsidRPr="007C32A6">
        <w:rPr>
          <w:rFonts w:ascii="宋体" w:hAnsi="宋体"/>
          <w:lang w:eastAsia="zh-CN"/>
        </w:rPr>
        <w:t>技术</w:t>
      </w:r>
    </w:p>
    <w:p w14:paraId="158BA09D" w14:textId="2EA46E7F" w:rsidR="009C74EA" w:rsidRDefault="00A33B3F" w:rsidP="00563E6C">
      <w:pPr>
        <w:keepNext/>
        <w:spacing w:before="120" w:after="160" w:line="360" w:lineRule="auto"/>
        <w:jc w:val="center"/>
        <w:rPr>
          <w:lang w:eastAsia="zh-CN"/>
        </w:rPr>
      </w:pPr>
      <w:r>
        <w:rPr>
          <w:rFonts w:eastAsia="黑体"/>
          <w:b/>
          <w:sz w:val="32"/>
          <w:lang w:eastAsia="zh-CN"/>
        </w:rPr>
        <w:t>报告标题（简洁、准确，建议不使用缩写）</w:t>
      </w:r>
    </w:p>
    <w:p w14:paraId="289D7317" w14:textId="4B571A96" w:rsidR="009C74EA" w:rsidRDefault="00A33B3F" w:rsidP="00563E6C">
      <w:pPr>
        <w:keepNext/>
        <w:spacing w:after="100" w:line="360" w:lineRule="auto"/>
        <w:jc w:val="center"/>
        <w:rPr>
          <w:lang w:eastAsia="zh-CN"/>
        </w:rPr>
      </w:pPr>
      <w:r>
        <w:rPr>
          <w:rFonts w:eastAsia="仿宋"/>
          <w:b/>
          <w:sz w:val="28"/>
          <w:u w:val="single"/>
          <w:lang w:eastAsia="zh-CN"/>
        </w:rPr>
        <w:t>报告人</w:t>
      </w:r>
      <w:r w:rsidR="00563E6C" w:rsidRPr="00563E6C">
        <w:rPr>
          <w:rFonts w:eastAsia="仿宋"/>
          <w:b/>
          <w:sz w:val="28"/>
          <w:vertAlign w:val="superscript"/>
          <w:lang w:eastAsia="zh-CN"/>
        </w:rPr>
        <w:t>1</w:t>
      </w:r>
      <w:r>
        <w:rPr>
          <w:rFonts w:eastAsia="仿宋"/>
          <w:b/>
          <w:sz w:val="28"/>
          <w:lang w:eastAsia="zh-CN"/>
        </w:rPr>
        <w:t>，第二作者</w:t>
      </w:r>
      <w:r w:rsidR="00563E6C" w:rsidRPr="00563E6C">
        <w:rPr>
          <w:rFonts w:eastAsia="仿宋"/>
          <w:b/>
          <w:sz w:val="28"/>
          <w:vertAlign w:val="superscript"/>
          <w:lang w:eastAsia="zh-CN"/>
        </w:rPr>
        <w:t>2</w:t>
      </w:r>
      <w:r>
        <w:rPr>
          <w:rFonts w:eastAsia="仿宋"/>
          <w:b/>
          <w:sz w:val="28"/>
          <w:lang w:eastAsia="zh-CN"/>
        </w:rPr>
        <w:t>，</w:t>
      </w:r>
      <w:r>
        <w:rPr>
          <w:rFonts w:eastAsia="仿宋"/>
          <w:b/>
          <w:sz w:val="28"/>
          <w:lang w:eastAsia="zh-CN"/>
        </w:rPr>
        <w:t>…</w:t>
      </w:r>
      <w:r>
        <w:rPr>
          <w:rFonts w:eastAsia="仿宋"/>
          <w:b/>
          <w:sz w:val="28"/>
          <w:lang w:eastAsia="zh-CN"/>
        </w:rPr>
        <w:t>，通信作者</w:t>
      </w:r>
      <w:r w:rsidR="00563E6C" w:rsidRPr="00563E6C">
        <w:rPr>
          <w:rFonts w:eastAsia="仿宋"/>
          <w:b/>
          <w:sz w:val="28"/>
          <w:vertAlign w:val="superscript"/>
          <w:lang w:eastAsia="zh-CN"/>
        </w:rPr>
        <w:t>1</w:t>
      </w:r>
      <w:r w:rsidRPr="00563E6C">
        <w:rPr>
          <w:rFonts w:eastAsia="仿宋"/>
          <w:b/>
          <w:sz w:val="28"/>
          <w:vertAlign w:val="superscript"/>
          <w:lang w:eastAsia="zh-CN"/>
        </w:rPr>
        <w:t>,</w:t>
      </w:r>
      <w:r>
        <w:rPr>
          <w:rFonts w:eastAsia="仿宋"/>
          <w:b/>
          <w:sz w:val="28"/>
          <w:lang w:eastAsia="zh-CN"/>
        </w:rPr>
        <w:t>*</w:t>
      </w:r>
      <w:r>
        <w:rPr>
          <w:rFonts w:eastAsia="仿宋"/>
          <w:b/>
          <w:sz w:val="28"/>
          <w:lang w:eastAsia="zh-CN"/>
        </w:rPr>
        <w:t>，</w:t>
      </w:r>
      <w:r>
        <w:rPr>
          <w:rFonts w:eastAsia="仿宋"/>
          <w:b/>
          <w:sz w:val="28"/>
          <w:lang w:eastAsia="zh-CN"/>
        </w:rPr>
        <w:t>…</w:t>
      </w:r>
    </w:p>
    <w:p w14:paraId="390CB150" w14:textId="15804EDF" w:rsidR="00563E6C" w:rsidRDefault="00563E6C" w:rsidP="00563E6C">
      <w:pPr>
        <w:keepNext/>
        <w:spacing w:after="20" w:line="360" w:lineRule="auto"/>
        <w:jc w:val="center"/>
        <w:rPr>
          <w:lang w:eastAsia="zh-CN"/>
        </w:rPr>
      </w:pPr>
      <w:r w:rsidRPr="00563E6C">
        <w:rPr>
          <w:vertAlign w:val="superscript"/>
          <w:lang w:eastAsia="zh-CN"/>
        </w:rPr>
        <w:t>1</w:t>
      </w:r>
      <w:r w:rsidR="00A33B3F" w:rsidRPr="00563E6C">
        <w:rPr>
          <w:vertAlign w:val="superscript"/>
          <w:lang w:eastAsia="zh-CN"/>
        </w:rPr>
        <w:t xml:space="preserve"> </w:t>
      </w:r>
      <w:r w:rsidR="00A33B3F">
        <w:rPr>
          <w:lang w:eastAsia="zh-CN"/>
        </w:rPr>
        <w:t>工作单位，</w:t>
      </w:r>
      <w:r w:rsidR="007F4B74">
        <w:rPr>
          <w:rFonts w:hint="eastAsia"/>
          <w:lang w:eastAsia="zh-CN"/>
        </w:rPr>
        <w:t>地址</w:t>
      </w:r>
      <w:r w:rsidR="00A33B3F">
        <w:rPr>
          <w:lang w:eastAsia="zh-CN"/>
        </w:rPr>
        <w:t xml:space="preserve"> </w:t>
      </w:r>
      <w:r w:rsidR="00A33B3F">
        <w:rPr>
          <w:lang w:eastAsia="zh-CN"/>
        </w:rPr>
        <w:t>邮编</w:t>
      </w:r>
    </w:p>
    <w:p w14:paraId="3B54FAD8" w14:textId="09CA7B17" w:rsidR="009C74EA" w:rsidRDefault="00563E6C" w:rsidP="00563E6C">
      <w:pPr>
        <w:keepNext/>
        <w:spacing w:after="20" w:line="360" w:lineRule="auto"/>
        <w:jc w:val="center"/>
        <w:rPr>
          <w:lang w:eastAsia="zh-CN"/>
        </w:rPr>
      </w:pPr>
      <w:r w:rsidRPr="00563E6C">
        <w:rPr>
          <w:vertAlign w:val="superscript"/>
          <w:lang w:eastAsia="zh-CN"/>
        </w:rPr>
        <w:t>2</w:t>
      </w:r>
      <w:r w:rsidR="00A33B3F" w:rsidRPr="00563E6C">
        <w:rPr>
          <w:vertAlign w:val="superscript"/>
          <w:lang w:eastAsia="zh-CN"/>
        </w:rPr>
        <w:t xml:space="preserve"> </w:t>
      </w:r>
      <w:r w:rsidR="00A33B3F">
        <w:rPr>
          <w:lang w:eastAsia="zh-CN"/>
        </w:rPr>
        <w:t>工作单位，</w:t>
      </w:r>
      <w:r w:rsidR="007F4B74">
        <w:rPr>
          <w:rFonts w:hint="eastAsia"/>
          <w:lang w:eastAsia="zh-CN"/>
        </w:rPr>
        <w:t>地址</w:t>
      </w:r>
      <w:r w:rsidR="00A33B3F">
        <w:rPr>
          <w:lang w:eastAsia="zh-CN"/>
        </w:rPr>
        <w:t xml:space="preserve"> </w:t>
      </w:r>
      <w:r w:rsidR="00A33B3F">
        <w:rPr>
          <w:lang w:eastAsia="zh-CN"/>
        </w:rPr>
        <w:t>邮编</w:t>
      </w:r>
    </w:p>
    <w:p w14:paraId="462800DE" w14:textId="17EE5AD1" w:rsidR="009C74EA" w:rsidRDefault="00A33B3F" w:rsidP="00563E6C">
      <w:pPr>
        <w:keepNext/>
        <w:spacing w:after="40" w:line="360" w:lineRule="auto"/>
        <w:jc w:val="center"/>
      </w:pPr>
      <w:r>
        <w:t xml:space="preserve">*E-mail: </w:t>
      </w:r>
      <w:hyperlink r:id="rId8" w:history="1">
        <w:r w:rsidR="002E5DD9" w:rsidRPr="00270BF8">
          <w:rPr>
            <w:rStyle w:val="aff9"/>
          </w:rPr>
          <w:t>xxx@xxx.edu.cn</w:t>
        </w:r>
      </w:hyperlink>
      <w:r w:rsidR="002E5DD9">
        <w:t xml:space="preserve">, </w:t>
      </w:r>
      <w:r w:rsidR="002E5DD9">
        <w:rPr>
          <w:rFonts w:hint="eastAsia"/>
          <w:lang w:eastAsia="zh-CN"/>
        </w:rPr>
        <w:t>联系手机：</w:t>
      </w:r>
    </w:p>
    <w:p w14:paraId="6BBB1B6E" w14:textId="5C8ACBD1" w:rsidR="007F4B74" w:rsidRDefault="007F4B74" w:rsidP="002E5DD9">
      <w:pPr>
        <w:spacing w:before="160" w:after="100" w:line="360" w:lineRule="auto"/>
        <w:ind w:firstLineChars="200" w:firstLine="422"/>
        <w:jc w:val="both"/>
        <w:rPr>
          <w:lang w:eastAsia="zh-CN"/>
        </w:rPr>
      </w:pPr>
      <w:r>
        <w:rPr>
          <w:rFonts w:eastAsia="黑体"/>
          <w:b/>
          <w:lang w:eastAsia="zh-CN"/>
        </w:rPr>
        <w:t>关键词：</w:t>
      </w:r>
      <w:r>
        <w:rPr>
          <w:lang w:eastAsia="zh-CN"/>
        </w:rPr>
        <w:t>关键词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；关键词二；关键词三（</w:t>
      </w:r>
      <w:r>
        <w:rPr>
          <w:lang w:eastAsia="zh-CN"/>
        </w:rPr>
        <w:t>3–5</w:t>
      </w:r>
      <w:r>
        <w:rPr>
          <w:lang w:eastAsia="zh-CN"/>
        </w:rPr>
        <w:t>个）</w:t>
      </w:r>
    </w:p>
    <w:p w14:paraId="7029D9AD" w14:textId="77777777" w:rsidR="009C74EA" w:rsidRDefault="00A33B3F" w:rsidP="00563E6C">
      <w:pPr>
        <w:spacing w:line="360" w:lineRule="auto"/>
        <w:ind w:firstLine="420"/>
        <w:jc w:val="both"/>
        <w:rPr>
          <w:lang w:eastAsia="zh-CN"/>
        </w:rPr>
      </w:pPr>
      <w:r>
        <w:rPr>
          <w:rFonts w:eastAsia="黑体"/>
          <w:b/>
          <w:lang w:eastAsia="zh-CN"/>
        </w:rPr>
        <w:t>摘要：</w:t>
      </w:r>
      <w:r>
        <w:rPr>
          <w:lang w:eastAsia="zh-CN"/>
        </w:rPr>
        <w:t>请在此处撰写拟在论坛进行交流展示的论文摘要。建议摘要完整反映研究背景与目的、研究方法、主要结果和结论，突出创新点及学术价值。研究结果应尽量给出必要的定量信息，避免仅作一般性描述。全文（含题目、作者信息、正文、图表、关键词和参考文献）不超过</w:t>
      </w:r>
      <w:r>
        <w:rPr>
          <w:lang w:eastAsia="zh-CN"/>
        </w:rPr>
        <w:t>2</w:t>
      </w:r>
      <w:r>
        <w:rPr>
          <w:lang w:eastAsia="zh-CN"/>
        </w:rPr>
        <w:t>页。</w:t>
      </w:r>
    </w:p>
    <w:p w14:paraId="1090AD99" w14:textId="77777777" w:rsidR="009C74EA" w:rsidRPr="00DB466F" w:rsidRDefault="00A33B3F" w:rsidP="00563E6C">
      <w:pPr>
        <w:spacing w:line="360" w:lineRule="auto"/>
        <w:ind w:firstLine="420"/>
        <w:jc w:val="both"/>
        <w:rPr>
          <w:rFonts w:ascii="宋体" w:hAnsi="宋体"/>
          <w:lang w:eastAsia="zh-CN"/>
        </w:rPr>
      </w:pPr>
      <w:r w:rsidRPr="00DB466F">
        <w:rPr>
          <w:rFonts w:ascii="宋体" w:hAnsi="宋体"/>
          <w:lang w:eastAsia="zh-CN"/>
        </w:rPr>
        <w:t>正文可继续在此处撰写，不强制设置“研究背景、方法、结果、结论”等分节标题。作者可根据研究内容自然组织段落，使摘要保持连贯、紧凑。首次出现的英文缩写应给出英文全称；物理量、符号和单位应符合学术规范。</w:t>
      </w:r>
    </w:p>
    <w:p w14:paraId="196081DA" w14:textId="77777777" w:rsidR="009C74EA" w:rsidRDefault="00A33B3F" w:rsidP="00563E6C">
      <w:pPr>
        <w:spacing w:line="360" w:lineRule="auto"/>
        <w:ind w:firstLine="420"/>
        <w:jc w:val="both"/>
        <w:rPr>
          <w:lang w:eastAsia="zh-CN"/>
        </w:rPr>
      </w:pPr>
      <w:r>
        <w:rPr>
          <w:lang w:eastAsia="zh-CN"/>
        </w:rPr>
        <w:t>如有需要，可插入能够支撑主要结论的图或表。建议优先选取最具有代表性的结果，图中文字和坐标应清晰可辨。图题、</w:t>
      </w:r>
      <w:proofErr w:type="gramStart"/>
      <w:r>
        <w:rPr>
          <w:lang w:eastAsia="zh-CN"/>
        </w:rPr>
        <w:t>表题可</w:t>
      </w:r>
      <w:proofErr w:type="gramEnd"/>
      <w:r>
        <w:rPr>
          <w:lang w:eastAsia="zh-CN"/>
        </w:rPr>
        <w:t>采用英文或中英文对照，格式全文统一。</w:t>
      </w:r>
    </w:p>
    <w:p w14:paraId="266255AC" w14:textId="77777777" w:rsidR="009C74EA" w:rsidRDefault="009C74EA" w:rsidP="00563E6C">
      <w:pPr>
        <w:spacing w:before="100" w:after="40" w:line="360" w:lineRule="auto"/>
        <w:jc w:val="both"/>
        <w:rPr>
          <w:lang w:eastAsia="zh-C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82"/>
      </w:tblGrid>
      <w:tr w:rsidR="009C74EA" w14:paraId="59C8EAFB" w14:textId="77777777">
        <w:trPr>
          <w:jc w:val="center"/>
        </w:trPr>
        <w:tc>
          <w:tcPr>
            <w:tcW w:w="408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D7A48" w14:textId="77777777" w:rsidR="009C74EA" w:rsidRDefault="00A33B3F" w:rsidP="00563E6C">
            <w:pPr>
              <w:spacing w:line="360" w:lineRule="auto"/>
              <w:jc w:val="center"/>
              <w:rPr>
                <w:lang w:eastAsia="zh-CN"/>
              </w:rPr>
            </w:pPr>
            <w:r>
              <w:rPr>
                <w:sz w:val="18"/>
                <w:lang w:eastAsia="zh-CN"/>
              </w:rPr>
              <w:t>此处可插入主要结果图</w:t>
            </w:r>
            <w:r>
              <w:rPr>
                <w:sz w:val="18"/>
                <w:lang w:eastAsia="zh-CN"/>
              </w:rPr>
              <w:t>/</w:t>
            </w:r>
            <w:r>
              <w:rPr>
                <w:sz w:val="18"/>
                <w:lang w:eastAsia="zh-CN"/>
              </w:rPr>
              <w:t>示意图（可选）</w:t>
            </w:r>
            <w:r>
              <w:rPr>
                <w:sz w:val="18"/>
                <w:lang w:eastAsia="zh-CN"/>
              </w:rPr>
              <w:br/>
            </w:r>
            <w:r>
              <w:rPr>
                <w:sz w:val="18"/>
                <w:lang w:eastAsia="zh-CN"/>
              </w:rPr>
              <w:t>建议只保留最能支撑核心结论的图表</w:t>
            </w:r>
          </w:p>
        </w:tc>
      </w:tr>
    </w:tbl>
    <w:p w14:paraId="0BEB7C53" w14:textId="77777777" w:rsidR="009C74EA" w:rsidRDefault="00A33B3F" w:rsidP="00563E6C">
      <w:pPr>
        <w:spacing w:after="100" w:line="360" w:lineRule="auto"/>
        <w:jc w:val="center"/>
        <w:rPr>
          <w:lang w:eastAsia="zh-CN"/>
        </w:rPr>
      </w:pPr>
      <w:r>
        <w:rPr>
          <w:sz w:val="18"/>
          <w:lang w:eastAsia="zh-CN"/>
        </w:rPr>
        <w:t xml:space="preserve">Fig. </w:t>
      </w:r>
      <w:proofErr w:type="gramStart"/>
      <w:r>
        <w:rPr>
          <w:sz w:val="18"/>
          <w:lang w:eastAsia="zh-CN"/>
        </w:rPr>
        <w:t>1  Figure</w:t>
      </w:r>
      <w:proofErr w:type="gramEnd"/>
      <w:r>
        <w:rPr>
          <w:sz w:val="18"/>
          <w:lang w:eastAsia="zh-CN"/>
        </w:rPr>
        <w:t xml:space="preserve"> title / </w:t>
      </w:r>
      <w:r>
        <w:rPr>
          <w:sz w:val="18"/>
          <w:lang w:eastAsia="zh-CN"/>
        </w:rPr>
        <w:t>图</w:t>
      </w:r>
      <w:r>
        <w:rPr>
          <w:sz w:val="18"/>
          <w:lang w:eastAsia="zh-CN"/>
        </w:rPr>
        <w:t xml:space="preserve">1  </w:t>
      </w:r>
      <w:r>
        <w:rPr>
          <w:sz w:val="18"/>
          <w:lang w:eastAsia="zh-CN"/>
        </w:rPr>
        <w:t>图题</w:t>
      </w:r>
    </w:p>
    <w:p w14:paraId="640D2729" w14:textId="77777777" w:rsidR="009C74EA" w:rsidRDefault="00A33B3F" w:rsidP="00563E6C">
      <w:pPr>
        <w:spacing w:line="360" w:lineRule="auto"/>
        <w:ind w:firstLine="420"/>
        <w:jc w:val="both"/>
        <w:rPr>
          <w:lang w:eastAsia="zh-CN"/>
        </w:rPr>
      </w:pPr>
      <w:r>
        <w:rPr>
          <w:lang w:eastAsia="zh-CN"/>
        </w:rPr>
        <w:t>结果与讨论部分应围绕核心科学问题或工程问题展开，说明主要发现及其原因或机制。对于比较性研究，应明确比较基准；对于模型、算法或系统研究，应给出关键性能指标或验证结果。</w:t>
      </w:r>
    </w:p>
    <w:p w14:paraId="67A433C6" w14:textId="77777777" w:rsidR="009C74EA" w:rsidRDefault="00A33B3F" w:rsidP="00563E6C">
      <w:pPr>
        <w:spacing w:line="360" w:lineRule="auto"/>
        <w:ind w:firstLine="420"/>
        <w:jc w:val="both"/>
        <w:rPr>
          <w:lang w:eastAsia="zh-CN"/>
        </w:rPr>
      </w:pPr>
      <w:r>
        <w:rPr>
          <w:lang w:eastAsia="zh-CN"/>
        </w:rPr>
        <w:t>结论应基于前述结果</w:t>
      </w:r>
      <w:proofErr w:type="gramStart"/>
      <w:r>
        <w:rPr>
          <w:lang w:eastAsia="zh-CN"/>
        </w:rPr>
        <w:t>作出</w:t>
      </w:r>
      <w:proofErr w:type="gramEnd"/>
      <w:r>
        <w:rPr>
          <w:lang w:eastAsia="zh-CN"/>
        </w:rPr>
        <w:t>，避免简单重复研究过程。可在最后一段概括最重要的认识、创新性及其潜在应用价值。</w:t>
      </w:r>
    </w:p>
    <w:p w14:paraId="216311A4" w14:textId="77777777" w:rsidR="009C74EA" w:rsidRDefault="00A33B3F">
      <w:pPr>
        <w:rPr>
          <w:lang w:eastAsia="zh-CN"/>
        </w:rPr>
      </w:pPr>
      <w:r>
        <w:rPr>
          <w:lang w:eastAsia="zh-CN"/>
        </w:rPr>
        <w:br w:type="page"/>
      </w:r>
    </w:p>
    <w:p w14:paraId="0E7B26F3" w14:textId="5FBA8AB3" w:rsidR="009C74EA" w:rsidRDefault="00A33B3F" w:rsidP="00B83F76">
      <w:pPr>
        <w:spacing w:line="360" w:lineRule="auto"/>
        <w:ind w:firstLine="420"/>
        <w:jc w:val="both"/>
        <w:rPr>
          <w:lang w:eastAsia="zh-CN"/>
        </w:rPr>
      </w:pPr>
      <w:r>
        <w:rPr>
          <w:i/>
          <w:lang w:eastAsia="zh-CN"/>
        </w:rPr>
        <w:lastRenderedPageBreak/>
        <w:t>（摘要正文续）</w:t>
      </w:r>
      <w:r>
        <w:rPr>
          <w:lang w:eastAsia="zh-CN"/>
        </w:rPr>
        <w:t xml:space="preserve"> </w:t>
      </w:r>
      <w:r>
        <w:rPr>
          <w:lang w:eastAsia="zh-CN"/>
        </w:rPr>
        <w:t>本页用于摘要正文续写</w:t>
      </w:r>
      <w:r w:rsidR="007F4B74">
        <w:rPr>
          <w:rFonts w:hint="eastAsia"/>
          <w:lang w:eastAsia="zh-CN"/>
        </w:rPr>
        <w:t>，</w:t>
      </w:r>
      <w:r w:rsidR="007F4B74">
        <w:rPr>
          <w:lang w:eastAsia="zh-CN"/>
        </w:rPr>
        <w:t>可继续补充主要结果、机理分析或综合讨论</w:t>
      </w:r>
      <w:r w:rsidR="007F4B74">
        <w:rPr>
          <w:rFonts w:hint="eastAsia"/>
          <w:lang w:eastAsia="zh-CN"/>
        </w:rPr>
        <w:t>，</w:t>
      </w:r>
      <w:r>
        <w:rPr>
          <w:lang w:eastAsia="zh-CN"/>
        </w:rPr>
        <w:t>补充图表、参考文献。</w:t>
      </w:r>
      <w:r w:rsidR="007F4B74">
        <w:rPr>
          <w:lang w:eastAsia="zh-CN"/>
        </w:rPr>
        <w:t>投稿时请删除本句说明，并确保全部内容不超过</w:t>
      </w:r>
      <w:r w:rsidR="007F4B74">
        <w:rPr>
          <w:lang w:eastAsia="zh-CN"/>
        </w:rPr>
        <w:t>2</w:t>
      </w:r>
      <w:r w:rsidR="007F4B74">
        <w:rPr>
          <w:lang w:eastAsia="zh-CN"/>
        </w:rPr>
        <w:t>页。</w:t>
      </w:r>
    </w:p>
    <w:p w14:paraId="2E4F1D63" w14:textId="77777777" w:rsidR="009C74EA" w:rsidRDefault="00A33B3F" w:rsidP="00B83F76">
      <w:pPr>
        <w:spacing w:before="100" w:after="60" w:line="360" w:lineRule="auto"/>
        <w:jc w:val="both"/>
        <w:rPr>
          <w:lang w:eastAsia="zh-CN"/>
        </w:rPr>
      </w:pPr>
      <w:r>
        <w:rPr>
          <w:rFonts w:eastAsia="黑体"/>
          <w:b/>
          <w:lang w:eastAsia="zh-CN"/>
        </w:rPr>
        <w:t>参考文献</w:t>
      </w:r>
    </w:p>
    <w:p w14:paraId="2C2721BA" w14:textId="77777777" w:rsidR="009C74EA" w:rsidRDefault="00A33B3F" w:rsidP="00B83F76">
      <w:pPr>
        <w:spacing w:after="20" w:line="360" w:lineRule="auto"/>
        <w:jc w:val="both"/>
        <w:rPr>
          <w:lang w:eastAsia="zh-CN"/>
        </w:rPr>
      </w:pPr>
      <w:r>
        <w:rPr>
          <w:lang w:eastAsia="zh-CN"/>
        </w:rPr>
        <w:t xml:space="preserve">[1] </w:t>
      </w:r>
      <w:r>
        <w:rPr>
          <w:lang w:eastAsia="zh-CN"/>
        </w:rPr>
        <w:t>作者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 xml:space="preserve">, </w:t>
      </w:r>
      <w:r>
        <w:rPr>
          <w:lang w:eastAsia="zh-CN"/>
        </w:rPr>
        <w:t>作者二</w:t>
      </w:r>
      <w:r>
        <w:rPr>
          <w:lang w:eastAsia="zh-CN"/>
        </w:rPr>
        <w:t xml:space="preserve">, </w:t>
      </w:r>
      <w:r>
        <w:rPr>
          <w:lang w:eastAsia="zh-CN"/>
        </w:rPr>
        <w:t>作者三</w:t>
      </w:r>
      <w:r>
        <w:rPr>
          <w:lang w:eastAsia="zh-CN"/>
        </w:rPr>
        <w:t xml:space="preserve">, </w:t>
      </w:r>
      <w:r>
        <w:rPr>
          <w:lang w:eastAsia="zh-CN"/>
        </w:rPr>
        <w:t>等</w:t>
      </w:r>
      <w:r>
        <w:rPr>
          <w:lang w:eastAsia="zh-CN"/>
        </w:rPr>
        <w:t xml:space="preserve">. </w:t>
      </w:r>
      <w:r>
        <w:rPr>
          <w:lang w:eastAsia="zh-CN"/>
        </w:rPr>
        <w:t>论文题目</w:t>
      </w:r>
      <w:r>
        <w:rPr>
          <w:lang w:eastAsia="zh-CN"/>
        </w:rPr>
        <w:t xml:space="preserve"> [J]. </w:t>
      </w:r>
      <w:r>
        <w:rPr>
          <w:lang w:eastAsia="zh-CN"/>
        </w:rPr>
        <w:t>期刊名称</w:t>
      </w:r>
      <w:r>
        <w:rPr>
          <w:lang w:eastAsia="zh-CN"/>
        </w:rPr>
        <w:t>, 2025, 00(0): 000–000.</w:t>
      </w:r>
    </w:p>
    <w:p w14:paraId="7445B056" w14:textId="77777777" w:rsidR="009C74EA" w:rsidRDefault="00A33B3F" w:rsidP="00B83F76">
      <w:pPr>
        <w:spacing w:after="20" w:line="360" w:lineRule="auto"/>
        <w:jc w:val="both"/>
      </w:pPr>
      <w:r>
        <w:t>[2] Author A, Author B, Author C, et al. Paper title [J]. Journal Name, 2025, 00(0): 000–000.</w:t>
      </w:r>
    </w:p>
    <w:p w14:paraId="308AD64B" w14:textId="77777777" w:rsidR="009C74EA" w:rsidRDefault="00A33B3F" w:rsidP="00B83F76">
      <w:pPr>
        <w:spacing w:before="100" w:after="40" w:line="360" w:lineRule="auto"/>
        <w:jc w:val="both"/>
        <w:rPr>
          <w:lang w:eastAsia="zh-CN"/>
        </w:rPr>
      </w:pPr>
      <w:r>
        <w:rPr>
          <w:rFonts w:ascii="黑体" w:eastAsia="黑体" w:hAnsi="黑体"/>
          <w:b/>
          <w:lang w:eastAsia="zh-CN"/>
        </w:rPr>
        <w:t>格式要求</w:t>
      </w:r>
    </w:p>
    <w:p w14:paraId="594BC93F" w14:textId="77777777" w:rsidR="009C74EA" w:rsidRPr="00BF4889" w:rsidRDefault="00A33B3F" w:rsidP="00B83F76">
      <w:pPr>
        <w:spacing w:line="360" w:lineRule="auto"/>
        <w:jc w:val="both"/>
        <w:rPr>
          <w:szCs w:val="21"/>
          <w:lang w:eastAsia="zh-CN"/>
        </w:rPr>
      </w:pPr>
      <w:r w:rsidRPr="00BF4889">
        <w:rPr>
          <w:szCs w:val="21"/>
          <w:lang w:eastAsia="zh-CN"/>
        </w:rPr>
        <w:t xml:space="preserve">1. </w:t>
      </w:r>
      <w:r w:rsidRPr="00BF4889">
        <w:rPr>
          <w:szCs w:val="21"/>
          <w:lang w:eastAsia="zh-CN"/>
        </w:rPr>
        <w:t>页面：</w:t>
      </w:r>
      <w:r w:rsidRPr="00BF4889">
        <w:rPr>
          <w:szCs w:val="21"/>
          <w:lang w:eastAsia="zh-CN"/>
        </w:rPr>
        <w:t>A4</w:t>
      </w:r>
      <w:r w:rsidRPr="00BF4889">
        <w:rPr>
          <w:szCs w:val="21"/>
          <w:lang w:eastAsia="zh-CN"/>
        </w:rPr>
        <w:t>；上、下页边距</w:t>
      </w:r>
      <w:r w:rsidRPr="00BF4889">
        <w:rPr>
          <w:szCs w:val="21"/>
          <w:lang w:eastAsia="zh-CN"/>
        </w:rPr>
        <w:t>2.54 cm</w:t>
      </w:r>
      <w:r w:rsidRPr="00BF4889">
        <w:rPr>
          <w:szCs w:val="21"/>
          <w:lang w:eastAsia="zh-CN"/>
        </w:rPr>
        <w:t>，左、右页边距</w:t>
      </w:r>
      <w:r w:rsidRPr="00BF4889">
        <w:rPr>
          <w:szCs w:val="21"/>
          <w:lang w:eastAsia="zh-CN"/>
        </w:rPr>
        <w:t>2.5 cm</w:t>
      </w:r>
      <w:r w:rsidRPr="00BF4889">
        <w:rPr>
          <w:szCs w:val="21"/>
          <w:lang w:eastAsia="zh-CN"/>
        </w:rPr>
        <w:t>；全文（含题目、作者信息、正文、图表、关键词和参考文献）不超过</w:t>
      </w:r>
      <w:r w:rsidRPr="00BF4889">
        <w:rPr>
          <w:szCs w:val="21"/>
          <w:lang w:eastAsia="zh-CN"/>
        </w:rPr>
        <w:t>2</w:t>
      </w:r>
      <w:r w:rsidRPr="00BF4889">
        <w:rPr>
          <w:szCs w:val="21"/>
          <w:lang w:eastAsia="zh-CN"/>
        </w:rPr>
        <w:t>页。</w:t>
      </w:r>
    </w:p>
    <w:p w14:paraId="4B745319" w14:textId="77777777" w:rsidR="009C74EA" w:rsidRPr="00BF4889" w:rsidRDefault="00A33B3F" w:rsidP="00B83F76">
      <w:pPr>
        <w:spacing w:line="360" w:lineRule="auto"/>
        <w:jc w:val="both"/>
        <w:rPr>
          <w:szCs w:val="21"/>
        </w:rPr>
      </w:pPr>
      <w:r w:rsidRPr="00BF4889">
        <w:rPr>
          <w:szCs w:val="21"/>
        </w:rPr>
        <w:t xml:space="preserve">2. </w:t>
      </w:r>
      <w:r w:rsidRPr="00BF4889">
        <w:rPr>
          <w:szCs w:val="21"/>
        </w:rPr>
        <w:t>题目与作者：中文题目三号黑体、加粗、居中；作者姓名四号仿宋、加粗、居中，报告人姓名加下划线；作者单位与通讯地址五号宋体、居中；</w:t>
      </w:r>
      <w:r w:rsidRPr="00BF4889">
        <w:rPr>
          <w:szCs w:val="21"/>
        </w:rPr>
        <w:t>E-mail</w:t>
      </w:r>
      <w:r w:rsidRPr="00BF4889">
        <w:rPr>
          <w:szCs w:val="21"/>
        </w:rPr>
        <w:t>用五号</w:t>
      </w:r>
      <w:r w:rsidRPr="00BF4889">
        <w:rPr>
          <w:szCs w:val="21"/>
        </w:rPr>
        <w:t>Times New Roman</w:t>
      </w:r>
      <w:r w:rsidRPr="00BF4889">
        <w:rPr>
          <w:szCs w:val="21"/>
        </w:rPr>
        <w:t>。</w:t>
      </w:r>
    </w:p>
    <w:p w14:paraId="48A4BE6C" w14:textId="77777777" w:rsidR="009C74EA" w:rsidRPr="00BF4889" w:rsidRDefault="00A33B3F" w:rsidP="00B83F76">
      <w:pPr>
        <w:spacing w:line="360" w:lineRule="auto"/>
        <w:jc w:val="both"/>
        <w:rPr>
          <w:szCs w:val="21"/>
          <w:lang w:eastAsia="zh-CN"/>
        </w:rPr>
      </w:pPr>
      <w:r w:rsidRPr="00BF4889">
        <w:rPr>
          <w:szCs w:val="21"/>
          <w:lang w:eastAsia="zh-CN"/>
        </w:rPr>
        <w:t xml:space="preserve">3. </w:t>
      </w:r>
      <w:r w:rsidRPr="00BF4889">
        <w:rPr>
          <w:szCs w:val="21"/>
          <w:lang w:eastAsia="zh-CN"/>
        </w:rPr>
        <w:t>正文：中文五号宋体，英文字符和数字五号</w:t>
      </w:r>
      <w:r w:rsidRPr="00BF4889">
        <w:rPr>
          <w:szCs w:val="21"/>
          <w:lang w:eastAsia="zh-CN"/>
        </w:rPr>
        <w:t>Times New Roman</w:t>
      </w:r>
      <w:r w:rsidRPr="00BF4889">
        <w:rPr>
          <w:szCs w:val="21"/>
          <w:lang w:eastAsia="zh-CN"/>
        </w:rPr>
        <w:t>，单</w:t>
      </w:r>
      <w:proofErr w:type="gramStart"/>
      <w:r w:rsidRPr="00BF4889">
        <w:rPr>
          <w:szCs w:val="21"/>
          <w:lang w:eastAsia="zh-CN"/>
        </w:rPr>
        <w:t>倍</w:t>
      </w:r>
      <w:proofErr w:type="gramEnd"/>
      <w:r w:rsidRPr="00BF4889">
        <w:rPr>
          <w:szCs w:val="21"/>
          <w:lang w:eastAsia="zh-CN"/>
        </w:rPr>
        <w:t>行距。首次出现的英文缩写应给出英文全称；物理量、符号和单位应符合学术规范。</w:t>
      </w:r>
    </w:p>
    <w:p w14:paraId="732A14FD" w14:textId="77777777" w:rsidR="009C74EA" w:rsidRPr="00BF4889" w:rsidRDefault="00A33B3F" w:rsidP="00B83F76">
      <w:pPr>
        <w:spacing w:line="360" w:lineRule="auto"/>
        <w:jc w:val="both"/>
        <w:rPr>
          <w:szCs w:val="21"/>
          <w:lang w:eastAsia="zh-CN"/>
        </w:rPr>
      </w:pPr>
      <w:r w:rsidRPr="00BF4889">
        <w:rPr>
          <w:szCs w:val="21"/>
          <w:lang w:eastAsia="zh-CN"/>
        </w:rPr>
        <w:t xml:space="preserve">4. </w:t>
      </w:r>
      <w:r w:rsidRPr="00BF4889">
        <w:rPr>
          <w:szCs w:val="21"/>
          <w:lang w:eastAsia="zh-CN"/>
        </w:rPr>
        <w:t>图表：可根据需要插入必要的图或表，建议精简、清晰，</w:t>
      </w:r>
      <w:proofErr w:type="gramStart"/>
      <w:r w:rsidRPr="00BF4889">
        <w:rPr>
          <w:szCs w:val="21"/>
          <w:lang w:eastAsia="zh-CN"/>
        </w:rPr>
        <w:t>单个图或表高度</w:t>
      </w:r>
      <w:proofErr w:type="gramEnd"/>
      <w:r w:rsidRPr="00BF4889">
        <w:rPr>
          <w:szCs w:val="21"/>
          <w:lang w:eastAsia="zh-CN"/>
        </w:rPr>
        <w:t>原则上不超过</w:t>
      </w:r>
      <w:r w:rsidRPr="00BF4889">
        <w:rPr>
          <w:szCs w:val="21"/>
          <w:lang w:eastAsia="zh-CN"/>
        </w:rPr>
        <w:t>4 cm</w:t>
      </w:r>
      <w:r w:rsidRPr="00BF4889">
        <w:rPr>
          <w:szCs w:val="21"/>
          <w:lang w:eastAsia="zh-CN"/>
        </w:rPr>
        <w:t>；图题、</w:t>
      </w:r>
      <w:proofErr w:type="gramStart"/>
      <w:r w:rsidRPr="00BF4889">
        <w:rPr>
          <w:szCs w:val="21"/>
          <w:lang w:eastAsia="zh-CN"/>
        </w:rPr>
        <w:t>表题采用</w:t>
      </w:r>
      <w:proofErr w:type="gramEnd"/>
      <w:r w:rsidRPr="00BF4889">
        <w:rPr>
          <w:szCs w:val="21"/>
          <w:lang w:eastAsia="zh-CN"/>
        </w:rPr>
        <w:t>小五号字体，格式全文统一。</w:t>
      </w:r>
    </w:p>
    <w:p w14:paraId="3074335C" w14:textId="23C28C25" w:rsidR="009C74EA" w:rsidRPr="00BF4889" w:rsidRDefault="00A33B3F" w:rsidP="00B83F76">
      <w:pPr>
        <w:spacing w:line="360" w:lineRule="auto"/>
        <w:jc w:val="both"/>
        <w:rPr>
          <w:szCs w:val="21"/>
          <w:lang w:eastAsia="zh-CN"/>
        </w:rPr>
      </w:pPr>
      <w:r w:rsidRPr="00BF4889">
        <w:rPr>
          <w:szCs w:val="21"/>
          <w:lang w:eastAsia="zh-CN"/>
        </w:rPr>
        <w:t xml:space="preserve">5. </w:t>
      </w:r>
      <w:r w:rsidRPr="00BF4889">
        <w:rPr>
          <w:szCs w:val="21"/>
          <w:lang w:eastAsia="zh-CN"/>
        </w:rPr>
        <w:t>关键词：</w:t>
      </w:r>
      <w:r w:rsidR="00071CE0">
        <w:rPr>
          <w:szCs w:val="21"/>
          <w:lang w:eastAsia="zh-CN"/>
        </w:rPr>
        <w:t>3</w:t>
      </w:r>
      <w:bookmarkStart w:id="0" w:name="_GoBack"/>
      <w:bookmarkEnd w:id="0"/>
      <w:r w:rsidRPr="00BF4889">
        <w:rPr>
          <w:szCs w:val="21"/>
          <w:lang w:eastAsia="zh-CN"/>
        </w:rPr>
        <w:t>–5</w:t>
      </w:r>
      <w:r w:rsidRPr="00BF4889">
        <w:rPr>
          <w:szCs w:val="21"/>
          <w:lang w:eastAsia="zh-CN"/>
        </w:rPr>
        <w:t>个，五号宋体，以分号分隔。</w:t>
      </w:r>
    </w:p>
    <w:p w14:paraId="74E3173A" w14:textId="77777777" w:rsidR="009C74EA" w:rsidRPr="00BF4889" w:rsidRDefault="00A33B3F" w:rsidP="00B83F76">
      <w:pPr>
        <w:spacing w:line="360" w:lineRule="auto"/>
        <w:jc w:val="both"/>
        <w:rPr>
          <w:szCs w:val="21"/>
          <w:lang w:eastAsia="zh-CN"/>
        </w:rPr>
      </w:pPr>
      <w:r w:rsidRPr="00BF4889">
        <w:rPr>
          <w:szCs w:val="21"/>
          <w:lang w:eastAsia="zh-CN"/>
        </w:rPr>
        <w:t xml:space="preserve">6. </w:t>
      </w:r>
      <w:r w:rsidRPr="00BF4889">
        <w:rPr>
          <w:szCs w:val="21"/>
          <w:lang w:eastAsia="zh-CN"/>
        </w:rPr>
        <w:t>参考文献：仅列与报告内容直接相关的代表性文献；中文五号宋体，英文五号</w:t>
      </w:r>
      <w:r w:rsidRPr="00BF4889">
        <w:rPr>
          <w:szCs w:val="21"/>
          <w:lang w:eastAsia="zh-CN"/>
        </w:rPr>
        <w:t>Times New Roman</w:t>
      </w:r>
      <w:r w:rsidRPr="00BF4889">
        <w:rPr>
          <w:szCs w:val="21"/>
          <w:lang w:eastAsia="zh-CN"/>
        </w:rPr>
        <w:t>，著录格式全文统一。</w:t>
      </w:r>
    </w:p>
    <w:sectPr w:rsidR="009C74EA" w:rsidRPr="00BF4889" w:rsidSect="00034616">
      <w:headerReference w:type="default" r:id="rId9"/>
      <w:footerReference w:type="default" r:id="rId10"/>
      <w:pgSz w:w="11906" w:h="16838"/>
      <w:pgMar w:top="1440" w:right="1417" w:bottom="1440" w:left="1417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020A6" w14:textId="77777777" w:rsidR="00E42C46" w:rsidRDefault="00E42C46">
      <w:r>
        <w:separator/>
      </w:r>
    </w:p>
  </w:endnote>
  <w:endnote w:type="continuationSeparator" w:id="0">
    <w:p w14:paraId="70CFD916" w14:textId="77777777" w:rsidR="00E42C46" w:rsidRDefault="00E4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81FE1" w14:textId="77777777" w:rsidR="009C74EA" w:rsidRDefault="00A33B3F">
    <w:pPr>
      <w:pStyle w:val="a7"/>
      <w:jc w:val="center"/>
    </w:pPr>
    <w:r>
      <w:rPr>
        <w:sz w:val="18"/>
      </w:rPr>
      <w:t xml:space="preserve">— </w:t>
    </w:r>
    <w:r>
      <w:fldChar w:fldCharType="begin"/>
    </w:r>
    <w:r>
      <w:instrText>PAGE</w:instrText>
    </w:r>
    <w:r>
      <w:fldChar w:fldCharType="separate"/>
    </w:r>
    <w:r w:rsidR="007C32A6">
      <w:rPr>
        <w:noProof/>
      </w:rPr>
      <w:t>1</w:t>
    </w:r>
    <w:r>
      <w:fldChar w:fldCharType="end"/>
    </w:r>
    <w:r>
      <w:rPr>
        <w:sz w:val="1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58EFC" w14:textId="77777777" w:rsidR="00E42C46" w:rsidRDefault="00E42C46">
      <w:r>
        <w:separator/>
      </w:r>
    </w:p>
  </w:footnote>
  <w:footnote w:type="continuationSeparator" w:id="0">
    <w:p w14:paraId="68826586" w14:textId="77777777" w:rsidR="00E42C46" w:rsidRDefault="00E4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5C9A2" w14:textId="77777777" w:rsidR="009C74EA" w:rsidRPr="007C32A6" w:rsidRDefault="00A33B3F">
    <w:pPr>
      <w:pStyle w:val="a5"/>
      <w:jc w:val="center"/>
      <w:rPr>
        <w:rFonts w:ascii="宋体" w:hAnsi="宋体"/>
        <w:lang w:eastAsia="zh-CN"/>
      </w:rPr>
    </w:pPr>
    <w:r w:rsidRPr="007C32A6">
      <w:rPr>
        <w:rFonts w:cs="Times New Roman"/>
        <w:sz w:val="22"/>
        <w:lang w:eastAsia="zh-CN"/>
      </w:rPr>
      <w:t>2026</w:t>
    </w:r>
    <w:r w:rsidRPr="007C32A6">
      <w:rPr>
        <w:rFonts w:ascii="宋体" w:hAnsi="宋体"/>
        <w:sz w:val="22"/>
        <w:lang w:eastAsia="zh-CN"/>
      </w:rPr>
      <w:t>年上海市高校“能源交融·智通未来”研究生学术论坛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CE0"/>
    <w:rsid w:val="000965E5"/>
    <w:rsid w:val="0015074B"/>
    <w:rsid w:val="0029639D"/>
    <w:rsid w:val="002E5DD9"/>
    <w:rsid w:val="00326F90"/>
    <w:rsid w:val="00563E6C"/>
    <w:rsid w:val="007C32A6"/>
    <w:rsid w:val="007F4B74"/>
    <w:rsid w:val="009C74EA"/>
    <w:rsid w:val="00A33B3F"/>
    <w:rsid w:val="00AA1D8D"/>
    <w:rsid w:val="00B47730"/>
    <w:rsid w:val="00B6214F"/>
    <w:rsid w:val="00B83F76"/>
    <w:rsid w:val="00BF4889"/>
    <w:rsid w:val="00CB0664"/>
    <w:rsid w:val="00DB466F"/>
    <w:rsid w:val="00E42C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D4D526"/>
  <w14:defaultImageDpi w14:val="300"/>
  <w15:docId w15:val="{2C1D2C76-94B4-4F63-8472-0AEDC06E8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宋体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2E5DD9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2E5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@xxx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8E966D-8F13-4FB6-AD64-6463F3E7F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2026年上海市高校“能源交融·智通未来”研究生学术论坛论文摘要模板</dc:title>
  <dc:subject>论文摘要投稿模板</dc:subject>
  <dc:creator>上海交通大学</dc:creator>
  <cp:keywords/>
  <dc:description>generated by python-docx</dc:description>
  <cp:lastModifiedBy>Dong Han</cp:lastModifiedBy>
  <cp:revision>11</cp:revision>
  <dcterms:created xsi:type="dcterms:W3CDTF">2013-12-23T23:15:00Z</dcterms:created>
  <dcterms:modified xsi:type="dcterms:W3CDTF">2026-10-02T23:21:00Z</dcterms:modified>
  <cp:category/>
</cp:coreProperties>
</file>